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A855" w14:textId="77777777" w:rsidR="00595F61" w:rsidRPr="008A6D74" w:rsidRDefault="00000000">
      <w:pPr>
        <w:spacing w:after="0"/>
        <w:jc w:val="center"/>
        <w:rPr>
          <w:rFonts w:ascii="Times New Roman" w:hAnsi="Times New Roman" w:cs="Times New Roman"/>
        </w:rPr>
      </w:pPr>
      <w:r w:rsidRPr="008A6D74">
        <w:rPr>
          <w:rFonts w:ascii="Times New Roman" w:hAnsi="Times New Roman" w:cs="Times New Roman"/>
          <w:b/>
          <w:sz w:val="42"/>
        </w:rPr>
        <w:t>Jo</w:t>
      </w:r>
      <w:r w:rsidRPr="008A6D74">
        <w:rPr>
          <w:rFonts w:ascii="Times New Roman" w:hAnsi="Times New Roman" w:cs="Times New Roman"/>
          <w:b/>
          <w:color w:val="F4A826"/>
          <w:sz w:val="42"/>
        </w:rPr>
        <w:t>GA</w:t>
      </w:r>
    </w:p>
    <w:p w14:paraId="06898AF1" w14:textId="77777777" w:rsidR="00595F61" w:rsidRPr="008A6D74" w:rsidRDefault="00000000">
      <w:pPr>
        <w:spacing w:after="20"/>
        <w:jc w:val="center"/>
        <w:rPr>
          <w:rFonts w:ascii="Times New Roman" w:hAnsi="Times New Roman" w:cs="Times New Roman"/>
        </w:rPr>
      </w:pPr>
      <w:r w:rsidRPr="008A6D74">
        <w:rPr>
          <w:rFonts w:ascii="Times New Roman" w:hAnsi="Times New Roman" w:cs="Times New Roman"/>
          <w:b/>
          <w:sz w:val="28"/>
        </w:rPr>
        <w:t>JOURNAL OF GASTRONOMIA</w:t>
      </w:r>
    </w:p>
    <w:p w14:paraId="65A3ECA8" w14:textId="77777777" w:rsidR="00595F61" w:rsidRPr="008A6D74" w:rsidRDefault="00000000">
      <w:pPr>
        <w:spacing w:after="160"/>
        <w:jc w:val="center"/>
        <w:rPr>
          <w:rFonts w:ascii="Times New Roman" w:hAnsi="Times New Roman" w:cs="Times New Roman"/>
        </w:rPr>
      </w:pPr>
      <w:r w:rsidRPr="008A6D74">
        <w:rPr>
          <w:rFonts w:ascii="Times New Roman" w:hAnsi="Times New Roman" w:cs="Times New Roman"/>
          <w:b/>
          <w:color w:val="5A636C"/>
          <w:sz w:val="22"/>
        </w:rPr>
        <w:t>HAKEM GÖRÜŞLERİNE CEVAP FORMU</w:t>
      </w:r>
    </w:p>
    <w:tbl>
      <w:tblPr>
        <w:tblStyle w:val="TabloKlavuzu"/>
        <w:tblW w:w="10400" w:type="dxa"/>
        <w:jc w:val="center"/>
        <w:tblLayout w:type="fixed"/>
        <w:tblLook w:val="04A0" w:firstRow="1" w:lastRow="0" w:firstColumn="1" w:lastColumn="0" w:noHBand="0" w:noVBand="1"/>
      </w:tblPr>
      <w:tblGrid>
        <w:gridCol w:w="2600"/>
        <w:gridCol w:w="7800"/>
      </w:tblGrid>
      <w:tr w:rsidR="00595F61" w:rsidRPr="008A6D74" w14:paraId="72ACD180" w14:textId="77777777">
        <w:trPr>
          <w:jc w:val="center"/>
        </w:trPr>
        <w:tc>
          <w:tcPr>
            <w:tcW w:w="2600" w:type="dxa"/>
            <w:shd w:val="clear" w:color="auto" w:fill="DCE8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CBAD035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Makale Başlığı</w:t>
            </w:r>
          </w:p>
        </w:tc>
        <w:tc>
          <w:tcPr>
            <w:tcW w:w="78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5D25FAB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5F61" w:rsidRPr="008A6D74" w14:paraId="4710669E" w14:textId="77777777">
        <w:trPr>
          <w:jc w:val="center"/>
        </w:trPr>
        <w:tc>
          <w:tcPr>
            <w:tcW w:w="2600" w:type="dxa"/>
            <w:shd w:val="clear" w:color="auto" w:fill="DCE8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AEE060C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Makale Numarası</w:t>
            </w:r>
          </w:p>
        </w:tc>
        <w:tc>
          <w:tcPr>
            <w:tcW w:w="78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86ADF96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5F61" w:rsidRPr="008A6D74" w14:paraId="159841A1" w14:textId="77777777">
        <w:trPr>
          <w:jc w:val="center"/>
        </w:trPr>
        <w:tc>
          <w:tcPr>
            <w:tcW w:w="2600" w:type="dxa"/>
            <w:shd w:val="clear" w:color="auto" w:fill="DCE8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3D8F2B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Sorumlu Yazar</w:t>
            </w:r>
          </w:p>
        </w:tc>
        <w:tc>
          <w:tcPr>
            <w:tcW w:w="78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AA414E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5F61" w:rsidRPr="008A6D74" w14:paraId="1312BF0F" w14:textId="77777777">
        <w:trPr>
          <w:jc w:val="center"/>
        </w:trPr>
        <w:tc>
          <w:tcPr>
            <w:tcW w:w="2600" w:type="dxa"/>
            <w:shd w:val="clear" w:color="auto" w:fill="DCE8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1A6D5F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Karar Türü</w:t>
            </w:r>
          </w:p>
        </w:tc>
        <w:tc>
          <w:tcPr>
            <w:tcW w:w="78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9E28B9C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Segoe UI Symbol" w:hAnsi="Segoe UI Symbol" w:cs="Segoe UI Symbol"/>
              </w:rPr>
              <w:t>☐</w:t>
            </w:r>
            <w:r w:rsidRPr="008A6D74">
              <w:rPr>
                <w:rFonts w:ascii="Times New Roman" w:hAnsi="Times New Roman" w:cs="Times New Roman"/>
              </w:rPr>
              <w:t xml:space="preserve"> Küçük Düzeltme     </w:t>
            </w:r>
            <w:r w:rsidRPr="008A6D74">
              <w:rPr>
                <w:rFonts w:ascii="Segoe UI Symbol" w:hAnsi="Segoe UI Symbol" w:cs="Segoe UI Symbol"/>
              </w:rPr>
              <w:t>☐</w:t>
            </w:r>
            <w:r w:rsidRPr="008A6D74">
              <w:rPr>
                <w:rFonts w:ascii="Times New Roman" w:hAnsi="Times New Roman" w:cs="Times New Roman"/>
              </w:rPr>
              <w:t xml:space="preserve"> Büyük Düzeltme     </w:t>
            </w:r>
            <w:r w:rsidRPr="008A6D74">
              <w:rPr>
                <w:rFonts w:ascii="Segoe UI Symbol" w:hAnsi="Segoe UI Symbol" w:cs="Segoe UI Symbol"/>
              </w:rPr>
              <w:t>☐</w:t>
            </w:r>
            <w:r w:rsidRPr="008A6D74">
              <w:rPr>
                <w:rFonts w:ascii="Times New Roman" w:hAnsi="Times New Roman" w:cs="Times New Roman"/>
              </w:rPr>
              <w:t xml:space="preserve"> Yeniden Değerlendirme</w:t>
            </w:r>
          </w:p>
        </w:tc>
      </w:tr>
      <w:tr w:rsidR="00595F61" w:rsidRPr="008A6D74" w14:paraId="5581622A" w14:textId="77777777">
        <w:trPr>
          <w:jc w:val="center"/>
        </w:trPr>
        <w:tc>
          <w:tcPr>
            <w:tcW w:w="2600" w:type="dxa"/>
            <w:shd w:val="clear" w:color="auto" w:fill="DCE8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385EB1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Düzeltme Tarihi</w:t>
            </w:r>
          </w:p>
        </w:tc>
        <w:tc>
          <w:tcPr>
            <w:tcW w:w="780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A9587A3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F9FB91A" w14:textId="77777777" w:rsidR="00595F61" w:rsidRPr="008A6D74" w:rsidRDefault="00000000">
      <w:pPr>
        <w:spacing w:before="140"/>
        <w:rPr>
          <w:rFonts w:ascii="Times New Roman" w:hAnsi="Times New Roman" w:cs="Times New Roman"/>
        </w:rPr>
      </w:pPr>
      <w:r w:rsidRPr="008A6D74">
        <w:rPr>
          <w:rFonts w:ascii="Times New Roman" w:hAnsi="Times New Roman" w:cs="Times New Roman"/>
          <w:b/>
          <w:color w:val="F4A826"/>
          <w:sz w:val="20"/>
        </w:rPr>
        <w:t>EDİTÖRE VE HAKEMLERE AÇIKLAMA</w:t>
      </w:r>
    </w:p>
    <w:tbl>
      <w:tblPr>
        <w:tblStyle w:val="TabloKlavuzu"/>
        <w:tblW w:w="10400" w:type="dxa"/>
        <w:tblLayout w:type="fixed"/>
        <w:tblLook w:val="04A0" w:firstRow="1" w:lastRow="0" w:firstColumn="1" w:lastColumn="0" w:noHBand="0" w:noVBand="1"/>
      </w:tblPr>
      <w:tblGrid>
        <w:gridCol w:w="10400"/>
      </w:tblGrid>
      <w:tr w:rsidR="00595F61" w:rsidRPr="008A6D74" w14:paraId="74FCF53F" w14:textId="77777777">
        <w:tc>
          <w:tcPr>
            <w:tcW w:w="10400" w:type="dxa"/>
            <w:shd w:val="clear" w:color="auto" w:fill="F3F4F5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D8CFE1A" w14:textId="77777777" w:rsidR="00595F61" w:rsidRPr="008A6D74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Sayın Editör ve Değerli Hakemler, çalışmamızı değerlendirdiğiniz ve geliştirilmesine katkı sağlayan görüşlerinizi paylaştığınız için teşekkür ederiz. Bütün değerlendirmeler tek tek incelenmiş; yapılan değişiklikler ve açıklamalar aşağıda sunulmuştur. Metinde yapılan değişiklikler düzeltilmiş makale dosyasında işaretlenmiştir.</w:t>
            </w:r>
          </w:p>
        </w:tc>
      </w:tr>
    </w:tbl>
    <w:p w14:paraId="27596EDE" w14:textId="77777777" w:rsidR="00595F61" w:rsidRPr="008A6D74" w:rsidRDefault="00000000">
      <w:pPr>
        <w:spacing w:before="140"/>
        <w:rPr>
          <w:rFonts w:ascii="Times New Roman" w:hAnsi="Times New Roman" w:cs="Times New Roman"/>
        </w:rPr>
      </w:pPr>
      <w:r w:rsidRPr="008A6D74">
        <w:rPr>
          <w:rFonts w:ascii="Times New Roman" w:hAnsi="Times New Roman" w:cs="Times New Roman"/>
          <w:b/>
          <w:color w:val="F4A826"/>
          <w:sz w:val="20"/>
        </w:rPr>
        <w:t>HAKEM GÖRÜŞLERİ VE YAZAR CEVAPLARI</w:t>
      </w:r>
    </w:p>
    <w:tbl>
      <w:tblPr>
        <w:tblStyle w:val="TabloKlavuzu"/>
        <w:tblW w:w="10400" w:type="dxa"/>
        <w:jc w:val="center"/>
        <w:tblLayout w:type="fixed"/>
        <w:tblLook w:val="04A0" w:firstRow="1" w:lastRow="0" w:firstColumn="1" w:lastColumn="0" w:noHBand="0" w:noVBand="1"/>
      </w:tblPr>
      <w:tblGrid>
        <w:gridCol w:w="600"/>
        <w:gridCol w:w="3000"/>
        <w:gridCol w:w="5100"/>
        <w:gridCol w:w="1700"/>
      </w:tblGrid>
      <w:tr w:rsidR="00595F61" w:rsidRPr="008A6D74" w14:paraId="34683B52" w14:textId="77777777">
        <w:trPr>
          <w:tblHeader/>
          <w:jc w:val="center"/>
        </w:trPr>
        <w:tc>
          <w:tcPr>
            <w:tcW w:w="600" w:type="dxa"/>
            <w:shd w:val="clear" w:color="auto" w:fill="122B44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2CFF1397" w14:textId="77777777" w:rsidR="00595F61" w:rsidRPr="008A6D74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color w:val="FFFFFF"/>
                <w:sz w:val="16"/>
              </w:rPr>
              <w:t>No.</w:t>
            </w:r>
          </w:p>
        </w:tc>
        <w:tc>
          <w:tcPr>
            <w:tcW w:w="3000" w:type="dxa"/>
            <w:shd w:val="clear" w:color="auto" w:fill="122B44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509F52A2" w14:textId="77777777" w:rsidR="00595F61" w:rsidRPr="008A6D74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color w:val="FFFFFF"/>
                <w:sz w:val="16"/>
              </w:rPr>
              <w:t>Hakem Görüşü</w:t>
            </w:r>
          </w:p>
        </w:tc>
        <w:tc>
          <w:tcPr>
            <w:tcW w:w="5100" w:type="dxa"/>
            <w:shd w:val="clear" w:color="auto" w:fill="122B44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0B31F555" w14:textId="77777777" w:rsidR="00595F61" w:rsidRPr="008A6D74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color w:val="FFFFFF"/>
                <w:sz w:val="16"/>
              </w:rPr>
              <w:t>Yazarın Cevabı ve Yapılan Değişiklik</w:t>
            </w:r>
          </w:p>
        </w:tc>
        <w:tc>
          <w:tcPr>
            <w:tcW w:w="1700" w:type="dxa"/>
            <w:shd w:val="clear" w:color="auto" w:fill="122B44"/>
            <w:tcMar>
              <w:top w:w="105" w:type="dxa"/>
              <w:left w:w="110" w:type="dxa"/>
              <w:bottom w:w="105" w:type="dxa"/>
              <w:right w:w="110" w:type="dxa"/>
            </w:tcMar>
            <w:vAlign w:val="center"/>
          </w:tcPr>
          <w:p w14:paraId="169D879C" w14:textId="77777777" w:rsidR="00595F61" w:rsidRPr="008A6D74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color w:val="FFFFFF"/>
                <w:sz w:val="16"/>
              </w:rPr>
              <w:t>Değişiklik Yeri</w:t>
            </w:r>
          </w:p>
        </w:tc>
      </w:tr>
      <w:tr w:rsidR="00595F61" w:rsidRPr="008A6D74" w14:paraId="00A6F803" w14:textId="77777777">
        <w:trPr>
          <w:jc w:val="center"/>
        </w:trPr>
        <w:tc>
          <w:tcPr>
            <w:tcW w:w="6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1DB895DA" w14:textId="77777777" w:rsidR="00595F61" w:rsidRPr="008A6D74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1</w:t>
            </w:r>
          </w:p>
        </w:tc>
        <w:tc>
          <w:tcPr>
            <w:tcW w:w="30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4D599699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Hakem görüşünü buraya aktarınız.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1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00F35396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Cevabınızı ve yaptığınız değişikliği açıklayınız.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11DA5977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Sayfa: ____</w:t>
            </w:r>
            <w:r w:rsidRPr="008A6D74">
              <w:rPr>
                <w:rFonts w:ascii="Times New Roman" w:hAnsi="Times New Roman" w:cs="Times New Roman"/>
              </w:rPr>
              <w:br/>
              <w:t>Satır: ____</w:t>
            </w:r>
          </w:p>
        </w:tc>
      </w:tr>
      <w:tr w:rsidR="00595F61" w:rsidRPr="008A6D74" w14:paraId="058D7F18" w14:textId="77777777">
        <w:trPr>
          <w:jc w:val="center"/>
        </w:trPr>
        <w:tc>
          <w:tcPr>
            <w:tcW w:w="6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20853889" w14:textId="77777777" w:rsidR="00595F61" w:rsidRPr="008A6D74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2</w:t>
            </w:r>
          </w:p>
        </w:tc>
        <w:tc>
          <w:tcPr>
            <w:tcW w:w="30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31D6ACC3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Hakem görüşünü buraya aktarınız.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1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13AE7907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Cevabınızı ve yaptığınız değişikliği açıklayınız.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2765C043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Sayfa: ____</w:t>
            </w:r>
            <w:r w:rsidRPr="008A6D74">
              <w:rPr>
                <w:rFonts w:ascii="Times New Roman" w:hAnsi="Times New Roman" w:cs="Times New Roman"/>
              </w:rPr>
              <w:br/>
              <w:t>Satır: ____</w:t>
            </w:r>
          </w:p>
        </w:tc>
      </w:tr>
      <w:tr w:rsidR="00595F61" w:rsidRPr="008A6D74" w14:paraId="4D9A3CC6" w14:textId="77777777">
        <w:trPr>
          <w:jc w:val="center"/>
        </w:trPr>
        <w:tc>
          <w:tcPr>
            <w:tcW w:w="6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20516A67" w14:textId="77777777" w:rsidR="00595F61" w:rsidRPr="008A6D74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3</w:t>
            </w:r>
          </w:p>
        </w:tc>
        <w:tc>
          <w:tcPr>
            <w:tcW w:w="30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6E6BAB1C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Hakem görüşünü buraya aktarınız.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1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33904C21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Cevabınızı ve yaptığınız değişikliği açıklayınız.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41C56AAD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Sayfa: ____</w:t>
            </w:r>
            <w:r w:rsidRPr="008A6D74">
              <w:rPr>
                <w:rFonts w:ascii="Times New Roman" w:hAnsi="Times New Roman" w:cs="Times New Roman"/>
              </w:rPr>
              <w:br/>
              <w:t>Satır: ____</w:t>
            </w:r>
          </w:p>
        </w:tc>
      </w:tr>
      <w:tr w:rsidR="00595F61" w:rsidRPr="008A6D74" w14:paraId="22AEF1D2" w14:textId="77777777">
        <w:trPr>
          <w:jc w:val="center"/>
        </w:trPr>
        <w:tc>
          <w:tcPr>
            <w:tcW w:w="6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311A4E2C" w14:textId="77777777" w:rsidR="00595F61" w:rsidRPr="008A6D74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4</w:t>
            </w:r>
          </w:p>
        </w:tc>
        <w:tc>
          <w:tcPr>
            <w:tcW w:w="30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5935CA72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Hakem görüşünü buraya aktarınız.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1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7FA456CB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Cevabınızı ve yaptığınız değişikliği açıklayınız.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5EA2B2B7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Sayfa: ____</w:t>
            </w:r>
            <w:r w:rsidRPr="008A6D74">
              <w:rPr>
                <w:rFonts w:ascii="Times New Roman" w:hAnsi="Times New Roman" w:cs="Times New Roman"/>
              </w:rPr>
              <w:br/>
              <w:t>Satır: ____</w:t>
            </w:r>
          </w:p>
        </w:tc>
      </w:tr>
      <w:tr w:rsidR="00595F61" w:rsidRPr="008A6D74" w14:paraId="4385E30C" w14:textId="77777777">
        <w:trPr>
          <w:jc w:val="center"/>
        </w:trPr>
        <w:tc>
          <w:tcPr>
            <w:tcW w:w="6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2C7FC8E0" w14:textId="77777777" w:rsidR="00595F61" w:rsidRPr="008A6D74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5</w:t>
            </w:r>
          </w:p>
        </w:tc>
        <w:tc>
          <w:tcPr>
            <w:tcW w:w="30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3D4A0D12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Hakem görüşünü buraya aktarınız.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1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5CE44141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Cevabınızı ve yaptığınız değişikliği açıklayınız.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3BA85306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Sayfa: ____</w:t>
            </w:r>
            <w:r w:rsidRPr="008A6D74">
              <w:rPr>
                <w:rFonts w:ascii="Times New Roman" w:hAnsi="Times New Roman" w:cs="Times New Roman"/>
              </w:rPr>
              <w:br/>
              <w:t>Satır: ____</w:t>
            </w:r>
          </w:p>
        </w:tc>
      </w:tr>
      <w:tr w:rsidR="00595F61" w:rsidRPr="008A6D74" w14:paraId="06A71EE5" w14:textId="77777777">
        <w:trPr>
          <w:jc w:val="center"/>
        </w:trPr>
        <w:tc>
          <w:tcPr>
            <w:tcW w:w="6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02642359" w14:textId="77777777" w:rsidR="00595F61" w:rsidRPr="008A6D74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6</w:t>
            </w:r>
          </w:p>
        </w:tc>
        <w:tc>
          <w:tcPr>
            <w:tcW w:w="30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56ACB498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Hakem görüşünü buraya aktarınız.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1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3A990BF4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Cevabınızı ve yaptığınız değişikliği açıklayınız.</w:t>
            </w:r>
            <w:r w:rsidRPr="008A6D74">
              <w:rPr>
                <w:rFonts w:ascii="Times New Roman" w:hAnsi="Times New Roman" w:cs="Times New Roman"/>
              </w:rPr>
              <w:br/>
            </w:r>
            <w:r w:rsidRPr="008A6D7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00" w:type="dxa"/>
            <w:tcMar>
              <w:top w:w="130" w:type="dxa"/>
              <w:left w:w="110" w:type="dxa"/>
              <w:bottom w:w="130" w:type="dxa"/>
              <w:right w:w="110" w:type="dxa"/>
            </w:tcMar>
          </w:tcPr>
          <w:p w14:paraId="1C6C6D3B" w14:textId="77777777" w:rsidR="00595F61" w:rsidRPr="008A6D74" w:rsidRDefault="00000000">
            <w:pPr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</w:rPr>
              <w:t>Sayfa: ____</w:t>
            </w:r>
            <w:r w:rsidRPr="008A6D74">
              <w:rPr>
                <w:rFonts w:ascii="Times New Roman" w:hAnsi="Times New Roman" w:cs="Times New Roman"/>
              </w:rPr>
              <w:br/>
              <w:t>Satır: ____</w:t>
            </w:r>
          </w:p>
        </w:tc>
      </w:tr>
    </w:tbl>
    <w:p w14:paraId="5458DBFB" w14:textId="77777777" w:rsidR="00595F61" w:rsidRPr="008A6D74" w:rsidRDefault="00000000">
      <w:pPr>
        <w:spacing w:before="120"/>
        <w:rPr>
          <w:rFonts w:ascii="Times New Roman" w:hAnsi="Times New Roman" w:cs="Times New Roman"/>
        </w:rPr>
      </w:pPr>
      <w:r w:rsidRPr="008A6D74">
        <w:rPr>
          <w:rFonts w:ascii="Times New Roman" w:hAnsi="Times New Roman" w:cs="Times New Roman"/>
          <w:b/>
          <w:color w:val="F4A826"/>
        </w:rPr>
        <w:t xml:space="preserve">Not: </w:t>
      </w:r>
      <w:r w:rsidRPr="008A6D74">
        <w:rPr>
          <w:rFonts w:ascii="Times New Roman" w:hAnsi="Times New Roman" w:cs="Times New Roman"/>
        </w:rPr>
        <w:t>Gerekli olduğunda tabloya yeni satırlar eklenebilir. Kabul edilmeyen bir hakem önerisi varsa gerekçesi bilimsel ve saygılı bir dille açıklanmalıdır.</w:t>
      </w:r>
    </w:p>
    <w:tbl>
      <w:tblPr>
        <w:tblStyle w:val="TabloKlavuzu"/>
        <w:tblW w:w="10400" w:type="dxa"/>
        <w:tblLayout w:type="fixed"/>
        <w:tblLook w:val="04A0" w:firstRow="1" w:lastRow="0" w:firstColumn="1" w:lastColumn="0" w:noHBand="0" w:noVBand="1"/>
      </w:tblPr>
      <w:tblGrid>
        <w:gridCol w:w="7200"/>
        <w:gridCol w:w="3200"/>
      </w:tblGrid>
      <w:tr w:rsidR="00595F61" w:rsidRPr="008A6D74" w14:paraId="5BC30145" w14:textId="77777777">
        <w:tc>
          <w:tcPr>
            <w:tcW w:w="7200" w:type="dxa"/>
            <w:shd w:val="clear" w:color="auto" w:fill="DCE8F1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FFC0D23" w14:textId="77777777" w:rsidR="00595F61" w:rsidRPr="008A6D74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Sorumlu Yazarın Adı Soyadı</w:t>
            </w:r>
          </w:p>
        </w:tc>
        <w:tc>
          <w:tcPr>
            <w:tcW w:w="3200" w:type="dxa"/>
            <w:shd w:val="clear" w:color="auto" w:fill="DCE8F1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390F991" w14:textId="77777777" w:rsidR="00595F61" w:rsidRPr="008A6D74" w:rsidRDefault="0000000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6D74">
              <w:rPr>
                <w:rFonts w:ascii="Times New Roman" w:hAnsi="Times New Roman" w:cs="Times New Roman"/>
                <w:b/>
                <w:sz w:val="17"/>
              </w:rPr>
              <w:t>Tarih</w:t>
            </w:r>
          </w:p>
        </w:tc>
      </w:tr>
      <w:tr w:rsidR="00595F61" w:rsidRPr="008A6D74" w14:paraId="1D6D14E0" w14:textId="77777777">
        <w:tc>
          <w:tcPr>
            <w:tcW w:w="7200" w:type="dxa"/>
            <w:tcMar>
              <w:top w:w="160" w:type="dxa"/>
              <w:left w:w="110" w:type="dxa"/>
              <w:bottom w:w="160" w:type="dxa"/>
              <w:right w:w="110" w:type="dxa"/>
            </w:tcMar>
          </w:tcPr>
          <w:p w14:paraId="6314ACD9" w14:textId="77777777" w:rsidR="00595F61" w:rsidRPr="008A6D74" w:rsidRDefault="00595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tcMar>
              <w:top w:w="160" w:type="dxa"/>
              <w:left w:w="110" w:type="dxa"/>
              <w:bottom w:w="160" w:type="dxa"/>
              <w:right w:w="110" w:type="dxa"/>
            </w:tcMar>
          </w:tcPr>
          <w:p w14:paraId="2B37F98B" w14:textId="77777777" w:rsidR="00595F61" w:rsidRPr="008A6D74" w:rsidRDefault="00595F61">
            <w:pPr>
              <w:rPr>
                <w:rFonts w:ascii="Times New Roman" w:hAnsi="Times New Roman" w:cs="Times New Roman"/>
              </w:rPr>
            </w:pPr>
          </w:p>
        </w:tc>
      </w:tr>
    </w:tbl>
    <w:p w14:paraId="7CC6A4DF" w14:textId="77777777" w:rsidR="009E6335" w:rsidRPr="008A6D74" w:rsidRDefault="009E6335">
      <w:pPr>
        <w:rPr>
          <w:rFonts w:ascii="Times New Roman" w:hAnsi="Times New Roman" w:cs="Times New Roman"/>
        </w:rPr>
      </w:pPr>
    </w:p>
    <w:sectPr w:rsidR="009E6335" w:rsidRPr="008A6D74" w:rsidSect="00034616">
      <w:footerReference w:type="default" r:id="rId8"/>
      <w:pgSz w:w="11906" w:h="16838"/>
      <w:pgMar w:top="822" w:right="822" w:bottom="765" w:left="822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C2A3B" w14:textId="77777777" w:rsidR="009E6335" w:rsidRDefault="009E6335">
      <w:pPr>
        <w:spacing w:after="0" w:line="240" w:lineRule="auto"/>
      </w:pPr>
      <w:r>
        <w:separator/>
      </w:r>
    </w:p>
  </w:endnote>
  <w:endnote w:type="continuationSeparator" w:id="0">
    <w:p w14:paraId="7C2A9705" w14:textId="77777777" w:rsidR="009E6335" w:rsidRDefault="009E6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0F79" w14:textId="77777777" w:rsidR="00595F61" w:rsidRDefault="00000000">
    <w:pPr>
      <w:pStyle w:val="AltBilgi"/>
      <w:jc w:val="center"/>
    </w:pPr>
    <w:r>
      <w:rPr>
        <w:color w:val="5A636C"/>
        <w:sz w:val="14"/>
      </w:rPr>
      <w:t xml:space="preserve">Journal of </w:t>
    </w:r>
    <w:proofErr w:type="spellStart"/>
    <w:r>
      <w:rPr>
        <w:color w:val="5A636C"/>
        <w:sz w:val="14"/>
      </w:rPr>
      <w:t>Gastronomia</w:t>
    </w:r>
    <w:proofErr w:type="spellEnd"/>
    <w:r>
      <w:rPr>
        <w:color w:val="5A636C"/>
        <w:sz w:val="14"/>
      </w:rPr>
      <w:t xml:space="preserve"> (</w:t>
    </w:r>
    <w:proofErr w:type="spellStart"/>
    <w:proofErr w:type="gramStart"/>
    <w:r>
      <w:rPr>
        <w:color w:val="5A636C"/>
        <w:sz w:val="14"/>
      </w:rPr>
      <w:t>JoGA</w:t>
    </w:r>
    <w:proofErr w:type="spellEnd"/>
    <w:r>
      <w:rPr>
        <w:color w:val="5A636C"/>
        <w:sz w:val="14"/>
      </w:rPr>
      <w:t>)  •</w:t>
    </w:r>
    <w:proofErr w:type="gramEnd"/>
    <w:r>
      <w:rPr>
        <w:color w:val="5A636C"/>
        <w:sz w:val="14"/>
      </w:rPr>
      <w:t xml:space="preserve">  e-ISSN 3108-</w:t>
    </w:r>
    <w:proofErr w:type="gramStart"/>
    <w:r>
      <w:rPr>
        <w:color w:val="5A636C"/>
        <w:sz w:val="14"/>
      </w:rPr>
      <w:t>6160  •</w:t>
    </w:r>
    <w:proofErr w:type="gramEnd"/>
    <w:r>
      <w:rPr>
        <w:color w:val="5A636C"/>
        <w:sz w:val="14"/>
      </w:rPr>
      <w:t xml:space="preserve">  gastronomiajournal@gmail.com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E7F43" w14:textId="77777777" w:rsidR="009E6335" w:rsidRDefault="009E6335">
      <w:pPr>
        <w:spacing w:after="0" w:line="240" w:lineRule="auto"/>
      </w:pPr>
      <w:r>
        <w:separator/>
      </w:r>
    </w:p>
  </w:footnote>
  <w:footnote w:type="continuationSeparator" w:id="0">
    <w:p w14:paraId="4FA684BF" w14:textId="77777777" w:rsidR="009E6335" w:rsidRDefault="009E6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4773942">
    <w:abstractNumId w:val="8"/>
  </w:num>
  <w:num w:numId="2" w16cid:durableId="1340620795">
    <w:abstractNumId w:val="6"/>
  </w:num>
  <w:num w:numId="3" w16cid:durableId="1085568620">
    <w:abstractNumId w:val="5"/>
  </w:num>
  <w:num w:numId="4" w16cid:durableId="485242904">
    <w:abstractNumId w:val="4"/>
  </w:num>
  <w:num w:numId="5" w16cid:durableId="1532720022">
    <w:abstractNumId w:val="7"/>
  </w:num>
  <w:num w:numId="6" w16cid:durableId="1590649960">
    <w:abstractNumId w:val="3"/>
  </w:num>
  <w:num w:numId="7" w16cid:durableId="676691185">
    <w:abstractNumId w:val="2"/>
  </w:num>
  <w:num w:numId="8" w16cid:durableId="2040468379">
    <w:abstractNumId w:val="1"/>
  </w:num>
  <w:num w:numId="9" w16cid:durableId="196288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305C"/>
    <w:rsid w:val="0015074B"/>
    <w:rsid w:val="0029639D"/>
    <w:rsid w:val="00326F90"/>
    <w:rsid w:val="00595F61"/>
    <w:rsid w:val="008A6D74"/>
    <w:rsid w:val="009E633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350DE"/>
  <w14:defaultImageDpi w14:val="300"/>
  <w15:docId w15:val="{82C35176-0FCB-4480-AC63-1C9578C2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eastAsia="Aptos" w:hAnsi="Aptos"/>
      <w:color w:val="122B44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 Gastronomia - Hakeme Cevap Formu</dc:title>
  <dc:subject>Hakem değerlendirmelerine cevap şablonu</dc:subject>
  <dc:creator>Journal of Gastronomia</dc:creator>
  <cp:keywords/>
  <dc:description>generated by python-docx</dc:description>
  <cp:lastModifiedBy>a20748</cp:lastModifiedBy>
  <cp:revision>2</cp:revision>
  <dcterms:created xsi:type="dcterms:W3CDTF">2026-07-14T19:23:00Z</dcterms:created>
  <dcterms:modified xsi:type="dcterms:W3CDTF">2026-07-14T19:23:00Z</dcterms:modified>
  <cp:category/>
</cp:coreProperties>
</file>